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36"/>
          <w:rtl w:val="1"/>
          <w:szCs w:val="36"/>
          <w:bCs/>
        </w:rPr>
        <w:t>🌾 מסע שלם – שיר, זיכרון וכיסופים</w:t>
      </w:r>
    </w:p>
    <w:p>
      <w:pPr>
        <w:bidi w:val="1"/>
        <w:jc w:val="right"/>
      </w:pPr>
      <w:r>
        <w:rPr>
          <w:rFonts w:ascii="Arial" w:hAnsi="Arial" w:cs="Arial"/>
          <w:b w:val="0"/>
          <w:color w:val="6B5B4B"/>
          <w:sz w:val="22"/>
          <w:rtl w:val="1"/>
          <w:szCs w:val="22"/>
        </w:rPr>
        <w:t>פעילות בעקבות סרטון לחג הסיגד · רמה: יסודי</w:t>
      </w:r>
    </w:p>
    <w:p>
      <w:pPr>
        <w:bidi w:val="1"/>
        <w:jc w:val="right"/>
        <w:shd w:val="clear" w:color="auto" w:fill="B5532A"/>
      </w:pPr>
      <w:r>
        <w:rPr>
          <w:rFonts w:ascii="Arial" w:hAnsi="Arial" w:cs="Arial"/>
          <w:b/>
          <w:color w:val="FFFFFF"/>
          <w:sz w:val="30"/>
          <w:rtl w:val="1"/>
          <w:szCs w:val="30"/>
          <w:bCs/>
        </w:rPr>
        <w:t>👩‍🏫 מהדורה למורה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הסרטון (קישור בלבד): https://youtu.be/hdFzQ5R-9YY · האתר האינטראקטיבי: https://sigd-masa-shalem.sites.tab.bot/</w:t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26"/>
          <w:rtl w:val="1"/>
          <w:szCs w:val="26"/>
          <w:bCs/>
        </w:rPr>
        <w:t>מטרות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להכיר את חג הסיגד: כ״ט בחשוון, 50 יום אחרי יום הכיפורים, חג של חידוש הברית ושל כיסופים לירושלים.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להכיר בכבוד ובדיוק את סיפור המסע של יהודי אתיופיה דרך סודן ואת זיכרון הנספים.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לפרש דימויים ומטפורות בשיר (מסע, חושך ואור, "כל סוף הוא התחלה").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לחבר את השיר לערכים: כיסופים, אמונה, התמדה, זיכרון וקהילה – ולכלי חוסן: גש״ר מאח״ד, עש״ן ד״ק, מעש״ה.</w:t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26"/>
          <w:rtl w:val="1"/>
          <w:szCs w:val="26"/>
          <w:bCs/>
        </w:rPr>
        <w:t>מהלך שיעור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זמן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שלב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5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פתיחה: ניבוי מן הכותרת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"מסע שלם" – בחירת מילים צפויות, ושאלה: מה זה מסע?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5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רקע קצר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קריאה משותפת של טקסט הרקע לפי הרמה. הנחיה רגישה לפני הצפייה.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6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צפייה מונחית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כרטיסי האזנה בזוגות/קבוצות, ואחריה בדיקת הניבוי.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12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עיבוד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פענוח דימויים + קולות ההורים (בחירה של אחד מהשניים).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12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יצירה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מפת המסע או מכתב מהמסע (לבחירת התלמידים).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5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סיכום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הדלקת נר בשביל הזיכרון + כרטיס יציאה.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7A3416"/>
          <w:sz w:val="26"/>
          <w:rtl w:val="1"/>
          <w:szCs w:val="26"/>
          <w:bCs/>
        </w:rPr>
        <w:t>הערות רגישות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לפני הצפייה: מקדימים במשפט אחד שהשיר עוסק במסע שבו אנשים מתו בדרך, ושמותר להרגיש.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תלמידים ממוצא אתיופי: לא מציבים אותם כ"מומחים" או כנציגי הקהילה ולא מבקשים מהם לספר. מזמינים בלבד – ומכבדים גם בחירה לשתוק. מומלץ לשוחח איתם (ואם אפשר עם ההורים) לפני השיעור.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ייתכן שבכיתה יש תלמידים שבני משפחתם נספו בדרך או שחוו אובדן אחר. מתאמים מראש עם היועצת, ונותנים אפשרות לצאת לרגע.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מספרים את הסיפור כסיפור של אומץ, אמונה ונחישות – לא רק של סבל. נמנעים מהכללות ומסטריאוטיפים.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מעגל השיתוף הוא רשות בלבד, עם זכות לוותר. לא מבקשים לשחק תפקיד של מוות או סבל.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במכתב מהמסע אפשר לבחור תפקיד של תקווה (למשל ילד/ה שמחכה בירושלים).</w:t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26"/>
          <w:rtl w:val="1"/>
          <w:szCs w:val="26"/>
          <w:bCs/>
        </w:rPr>
        <w:t>תשובות – יסודי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ניבוי – מילים שמופיעות בשיר: גשם, סערה, תפילה, אבא, אמא, ירושלים, אור, אמונה, שמיים, לילה. לא מופיעות: ים, מסיבה, כדור. "מדבר", "פחד" ו"תקווה" אינן נאמרות – אבל נמצאות ברוח השיר (שווה לדון!).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מיון טיול/מסע: טיול – פארק, פיקניק, ביקור אצל סבתא; מסע – הליכה של שבועות, דרך אל חלום, מעבר למדינה.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התאמה: חושך–זמן קשה, אור–תקווה, סערה–קשיים בדרך, לביאה–אמא חזקה.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כרטיס יציאה: "כשמשהו נגמר, יכול להתחיל משהו חדש".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כלי חוסן בשיעור: גש״ר מאח״ד (ערוצי התמודדות בשיר), עש״ן ד״ק ("גם אם נפלו הכוחות… אל תוותר" כדיבור עצמי), מעש״ה (ההורים כמגישי עזרה: "לצידי", "תמשיך").</w:t>
      </w:r>
    </w:p>
    <w:p>
      <w:pPr>
        <w:bidi w:val="1"/>
        <w:jc w:val="right"/>
      </w:pPr>
      <w:r>
        <w:rPr>
          <w:rFonts w:ascii="Arial" w:hAnsi="Arial" w:cs="Arial"/>
          <w:b w:val="0"/>
          <w:color w:val="6B5B4B"/>
          <w:sz w:val="20"/>
          <w:rtl w:val="1"/>
          <w:szCs w:val="20"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36"/>
          <w:rtl w:val="1"/>
          <w:szCs w:val="36"/>
          <w:bCs/>
        </w:rPr>
        <w:t>🌾 מסע שלם – דף עבודה</w:t>
      </w:r>
    </w:p>
    <w:p>
      <w:pPr>
        <w:bidi w:val="1"/>
        <w:jc w:val="right"/>
      </w:pPr>
      <w:r>
        <w:rPr>
          <w:rFonts w:ascii="Arial" w:hAnsi="Arial" w:cs="Arial"/>
          <w:b w:val="0"/>
          <w:color w:val="6B5B4B"/>
          <w:sz w:val="22"/>
          <w:rtl w:val="1"/>
          <w:szCs w:val="22"/>
        </w:rPr>
        <w:t>פעילות בעקבות סרטון לחג הסיגד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____________________   כיתה: ________   תאריך: __________</w:t>
      </w:r>
    </w:p>
    <w:p>
      <w:pPr>
        <w:bidi w:val="1"/>
        <w:jc w:val="right"/>
        <w:shd w:val="clear" w:color="auto" w:fill="B5532A"/>
      </w:pPr>
      <w:r>
        <w:rPr>
          <w:rFonts w:ascii="Arial" w:hAnsi="Arial" w:cs="Arial"/>
          <w:b/>
          <w:color w:val="FFFFFF"/>
          <w:sz w:val="30"/>
          <w:rtl w:val="1"/>
          <w:szCs w:val="30"/>
          <w:bCs/>
        </w:rPr>
        <w:t>חלק א׳ – לפני הצפייה</w:t>
      </w:r>
    </w:p>
    <w:p>
      <w:pPr>
        <w:bidi w:val="1"/>
        <w:jc w:val="right"/>
        <w:shd w:val="clear" w:color="auto" w:fill="FFF6E6"/>
      </w:pPr>
      <w:r>
        <w:rPr>
          <w:rFonts w:ascii="Arial" w:hAnsi="Arial" w:cs="Arial"/>
          <w:b w:val="0"/>
          <w:sz w:val="24"/>
          <w:rtl w:val="1"/>
          <w:szCs w:val="24"/>
        </w:rPr>
        <w:t>חג הסיגד הוא חג של יהודי אתיופיה. הוא חל בכ״ט בחשוון, 50 יום אחרי יום הכיפורים.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בחג עולים למקום גבוה, מתפללים ומבקשים לשוב לירושלים. הקֵסים, מנהיגי הדת של הקהילה, קוראים מספרי הקודש.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במשך שנים רבות חלמו יהודי אתיופיה על ירושלים. בשנות ה־80 יצאו רבים מהם ברגל לסודן, בדרך ארוכה וקשה, כדי להגיע לישראל.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בדרך היו רעב, חום, מחלות ופחד. אלפים מהם לא הגיעו – הם מתו בדרך. השיר בסרטון נכתב לזכרם.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השיר נקרא "מסע שלם". סמנו 6 מילים שלדעתכם יופיעו בשיר. אחרי הצפייה נבדוק!</w:t>
      </w:r>
    </w:p>
    <w:p>
      <w:pPr>
        <w:bidi w:val="1"/>
        <w:jc w:val="right"/>
      </w:pPr>
      <w:r>
        <w:rPr>
          <w:rFonts w:ascii="Arial" w:hAnsi="Arial" w:cs="Arial"/>
          <w:b w:val="0"/>
          <w:sz w:val="26"/>
          <w:rtl w:val="1"/>
          <w:szCs w:val="26"/>
        </w:rPr>
        <w:t>○ גשם     ○ סערה     ○ תפילה     ○ אבא     ○ אמא     ○ ירושלים     ○ אור     ○ אמונה     ○ שמיים     ○ לילה     ○ ים     ○ מסיבה     ○ מדבר     ○ פחד     ○ כדור     ○ תקווה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מה זה מסע?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טיול הוא יציאה קצרה ונעימה. מסע הוא דרך ארוכה, לפעמים קשה, שיש לה מטרה חשובה. במסע משהו משתנה – גם בדרך וגם בנו.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האם יצאתם פעם לדרך ארוכה? לאן?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מה ההבדל בין טיול למסע?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  <w:shd w:val="clear" w:color="auto" w:fill="B5532A"/>
      </w:pPr>
      <w:r>
        <w:rPr>
          <w:rFonts w:ascii="Arial" w:hAnsi="Arial" w:cs="Arial"/>
          <w:b/>
          <w:color w:val="FFFFFF"/>
          <w:sz w:val="30"/>
          <w:rtl w:val="1"/>
          <w:szCs w:val="30"/>
          <w:bCs/>
        </w:rPr>
        <w:t>חלק ב׳ – תוך כדי צפייה</w:t>
      </w:r>
    </w:p>
    <w:p>
      <w:pPr>
        <w:bidi w:val="1"/>
        <w:jc w:val="right"/>
        <w:shd w:val="clear" w:color="auto" w:fill="FFF6E6"/>
      </w:pPr>
      <w:r>
        <w:rPr>
          <w:rFonts w:ascii="Arial" w:hAnsi="Arial" w:cs="Arial"/>
          <w:b w:val="0"/>
          <w:sz w:val="24"/>
          <w:rtl w:val="1"/>
          <w:szCs w:val="24"/>
        </w:rPr>
        <w:t>צפו בסרטון והקשיבו טוב. כל זוג בוחר כרטיס משימה אחד.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צפו בסרטון "מסע שלם" (המורה תקרין). סמנו ○ ליד כל משימה שהשלמתם.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👂 מי מדבר אל הילד בשיר?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🌧️ אילו מילים של מזג אוויר שמעתם?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🙏 מתי מתפללים בשיר?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🧭 מאיפה ולאן המסע?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💡 מה מחפשים בלילות החשוכים?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😊 איך נגמר השיר – בעצב או בתקווה?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  <w:shd w:val="clear" w:color="auto" w:fill="B5532A"/>
      </w:pPr>
      <w:r>
        <w:rPr>
          <w:rFonts w:ascii="Arial" w:hAnsi="Arial" w:cs="Arial"/>
          <w:b/>
          <w:color w:val="FFFFFF"/>
          <w:sz w:val="30"/>
          <w:rtl w:val="1"/>
          <w:szCs w:val="30"/>
          <w:bCs/>
        </w:rPr>
        <w:t>חלק ג׳ – אחרי הצפייה</w:t>
      </w:r>
    </w:p>
    <w:p>
      <w:pPr>
        <w:bidi w:val="1"/>
        <w:jc w:val="right"/>
        <w:shd w:val="clear" w:color="auto" w:fill="FFF6E6"/>
      </w:pPr>
      <w:r>
        <w:rPr>
          <w:rFonts w:ascii="Arial" w:hAnsi="Arial" w:cs="Arial"/>
          <w:b w:val="0"/>
          <w:sz w:val="24"/>
          <w:rtl w:val="1"/>
          <w:szCs w:val="24"/>
        </w:rPr>
        <w:t>בשיר יש משפטים שאומרים דבר אחד – ומתכוונים גם לדבר נוסף. לחצו על כרטיס, חשבו, ואז פתחו רעיון.</w:t>
      </w:r>
    </w:p>
    <w:p>
      <w:pPr>
        <w:bidi w:val="1"/>
        <w:jc w:val="right"/>
        <w:shd w:val="clear" w:color="auto" w:fill="EEF6F1"/>
      </w:pPr>
      <w:r>
        <w:rPr>
          <w:rFonts w:ascii="Arial" w:hAnsi="Arial" w:cs="Arial"/>
          <w:b w:val="0"/>
          <w:sz w:val="24"/>
          <w:rtl w:val="1"/>
          <w:szCs w:val="24"/>
        </w:rPr>
        <w:t>📌 מקרה לניתוח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"לילות חשוכים – מחפש את האור" (מתוך השיר בסרטון)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האם מדובר רק בלילה אמיתי? מה יכול להיות "חושך" בחיים?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🔗 התאימו מילה מהשיר למשמעות הנסתרת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פריט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התאמה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🌙 חושך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💡 אור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🌧️ סערה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🦁 לביאה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________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👨‍👩‍👦 קולות ההורים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האב: תזכור · תמשיך · אל תעצור · תרים את הראש · אל תביט לאחור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האם: לביאה · יפה כמו השקיעה · לצידי בכל דרך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איזה משפט של אבא הכי חשוב לדעתכם? למה?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🗺️ מפת המסע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תחנה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רגש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ערך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מחשבה שלי</w:t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כפר באתיופיה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כיסופים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הדרך והמדבר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התמדה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סודן – ההמתנה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זיכרון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ירושלים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קהילה ואמונה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🕊️ לוח הערכים – סמנו ○ את הערך שהכי חשוב לכם</w:t>
      </w:r>
    </w:p>
    <w:p>
      <w:pPr>
        <w:bidi w:val="1"/>
        <w:jc w:val="right"/>
      </w:pPr>
      <w:r>
        <w:rPr>
          <w:rFonts w:ascii="Arial" w:hAnsi="Arial" w:cs="Arial"/>
          <w:b w:val="0"/>
          <w:sz w:val="26"/>
          <w:rtl w:val="1"/>
          <w:szCs w:val="26"/>
        </w:rPr>
        <w:t>○ 🕊️ כיסופים     ○ 🙏 אמונה     ○ 👣 התמדה     ○ 🕯️ זיכרון     ○ 🤝 קהילה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✉️ מכתב מהמסע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בחרו מי כותב/ת: ילד/ה במסע / אבא או אמא במסע / ילד/ה שמחכה בירושלים למשפחה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פתיחות: יקרים שלי, אני כותב/ת לכם מהדרך… · היום ראיתי… · הכי קשה לי… · מה שנותן לי כוח זה… · כשנגיע לירושלים, אני…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מחסן מילים: געגועים · דרך · לילה · כוכבים · תקווה · משפחה · ירושלים · אמונה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🕍 ברכה לירושלים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ירושלים, ________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אני מאחל/ת לך ________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שתמיד 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555555"/>
          <w:sz w:val="22"/>
          <w:rtl w:val="1"/>
          <w:szCs w:val="22"/>
        </w:rPr>
        <w:t>✂️ - - - - - - - - - - גזרו כאן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5"/>
                <w:rtl w:val="1"/>
                <w:szCs w:val="25"/>
                <w:bCs/>
              </w:rPr>
              <w:t>🎟️ כרטיס יציאה – מסע שלם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שם: ____________  כיתה: 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מה המסר של המשפט "כל סוף הוא התחלה"?  ○ כשמשהו נגמר, יכול להתחיל משהו חדש   ○ צריך לחזור להתחלה   ○ אין סוף לשיר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דבר אחד שלמדתי היום על חג הסיגד: 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משפט עידוד שאקח איתי: 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איך אני מרגיש/ה:  😊  🙂  😐  😔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6B5B4B"/>
          <w:sz w:val="20"/>
          <w:rtl w:val="1"/>
          <w:szCs w:val="20"/>
        </w:rPr>
        <w:t>יצרה: רוית ראש בן ישי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