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rFonts w:ascii="Arial" w:hAnsi="Arial" w:cs="Arial"/>
          <w:b/>
          <w:color w:val="7A3416"/>
          <w:sz w:val="36"/>
          <w:rtl w:val="1"/>
          <w:szCs w:val="36"/>
          <w:bCs/>
        </w:rPr>
        <w:t>🌾 מסע שלם – שיר, זיכרון וכיסופים</w:t>
      </w:r>
    </w:p>
    <w:p>
      <w:pPr>
        <w:bidi w:val="1"/>
        <w:jc w:val="right"/>
      </w:pPr>
      <w:r>
        <w:rPr>
          <w:rFonts w:ascii="Arial" w:hAnsi="Arial" w:cs="Arial"/>
          <w:b w:val="0"/>
          <w:color w:val="6B5B4B"/>
          <w:sz w:val="22"/>
          <w:rtl w:val="1"/>
          <w:szCs w:val="22"/>
        </w:rPr>
        <w:t>פעילות בעקבות סרטון לחג הסיגד · רמה: חט״ע</w:t>
      </w:r>
    </w:p>
    <w:p>
      <w:pPr>
        <w:bidi w:val="1"/>
        <w:jc w:val="right"/>
        <w:shd w:val="clear" w:color="auto" w:fill="B5532A"/>
      </w:pPr>
      <w:r>
        <w:rPr>
          <w:rFonts w:ascii="Arial" w:hAnsi="Arial" w:cs="Arial"/>
          <w:b/>
          <w:color w:val="FFFFFF"/>
          <w:sz w:val="30"/>
          <w:rtl w:val="1"/>
          <w:szCs w:val="30"/>
          <w:bCs/>
        </w:rPr>
        <w:t>👩‍🏫 מהדורה למורה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הסרטון (קישור בלבד): https://youtu.be/hdFzQ5R-9YY · האתר האינטראקטיבי: https://sigd-masa-shalem.sites.tab.bot/</w:t>
      </w:r>
    </w:p>
    <w:p>
      <w:pPr>
        <w:bidi w:val="1"/>
        <w:jc w:val="right"/>
      </w:pPr>
      <w:r>
        <w:rPr>
          <w:rFonts w:ascii="Arial" w:hAnsi="Arial" w:cs="Arial"/>
          <w:b/>
          <w:color w:val="7A3416"/>
          <w:sz w:val="26"/>
          <w:rtl w:val="1"/>
          <w:szCs w:val="26"/>
          <w:bCs/>
        </w:rPr>
        <w:t>מטרות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להכיר את חג הסיגד: כ״ט בחשוון, 50 יום אחרי יום הכיפורים, חג של חידוש הברית ושל כיסופים לירושלים.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להכיר בכבוד ובדיוק את סיפור המסע של יהודי אתיופיה דרך סודן ואת זיכרון הנספים.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לפרש דימויים ומטפורות בשיר (מסע, חושך ואור, "כל סוף הוא התחלה").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לחבר את השיר לערכים: כיסופים, אמונה, התמדה, זיכרון וקהילה – ולכלי חוסן: גש״ר מאח״ד, עש״ן ד״ק, מעש״ה.</w:t>
      </w:r>
    </w:p>
    <w:p>
      <w:pPr>
        <w:bidi w:val="1"/>
        <w:jc w:val="right"/>
      </w:pPr>
      <w:r>
        <w:rPr>
          <w:rFonts w:ascii="Arial" w:hAnsi="Arial" w:cs="Arial"/>
          <w:b/>
          <w:color w:val="7A3416"/>
          <w:sz w:val="26"/>
          <w:rtl w:val="1"/>
          <w:szCs w:val="26"/>
          <w:bCs/>
        </w:rPr>
        <w:t>מהלך שיעור (45 דקות)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513"/>
        <w:gridCol w:w="3513"/>
        <w:gridCol w:w="3513"/>
      </w:tblGrid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זמן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שלב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מה עושים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5 דק׳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פתיחה: ניבוי מן הכותרת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"מסע שלם" – בחירת מילים צפויות, ושאלה: מה זה מסע?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5 דק׳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רקע קצר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קריאה משותפת של טקסט הרקע לפי הרמה. הנחיה רגישה לפני הצפייה.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6 דק׳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צפייה מונחית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כרטיסי האזנה בזוגות/קבוצות, ואחריה בדיקת הניבוי.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12 דק׳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עיבוד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פענוח דימויים + קולות ההורים (בחירה של אחד מהשניים).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12 דק׳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יצירה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מפת המסע או מכתב מהמסע (לבחירת התלמידים).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5 דק׳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סיכום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הדלקת נר בשביל הזיכרון + כרטיס יציאה.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color w:val="7A3416"/>
          <w:sz w:val="26"/>
          <w:rtl w:val="1"/>
          <w:szCs w:val="26"/>
          <w:bCs/>
        </w:rPr>
        <w:t>הערות רגישות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לפני הצפייה: מקדימים במשפט אחד שהשיר עוסק במסע שבו אנשים מתו בדרך, ושמותר להרגיש.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תלמידים ממוצא אתיופי: לא מציבים אותם כ"מומחים" או כנציגי הקהילה ולא מבקשים מהם לספר. מזמינים בלבד – ומכבדים גם בחירה לשתוק. מומלץ לשוחח איתם (ואם אפשר עם ההורים) לפני השיעור.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ייתכן שבכיתה יש תלמידים שבני משפחתם נספו בדרך או שחוו אובדן אחר. מתאמים מראש עם היועצת, ונותנים אפשרות לצאת לרגע.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מספרים את הסיפור כסיפור של אומץ, אמונה ונחישות – לא רק של סבל. נמנעים מהכללות ומסטריאוטיפים.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מעגל השיתוף הוא רשות בלבד, עם זכות לוותר. לא מבקשים לשחק תפקיד של מוות או סבל.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במכתב מהמסע אפשר לבחור תפקיד של תקווה (למשל ילד/ה שמחכה בירושלים).</w:t>
      </w:r>
    </w:p>
    <w:p>
      <w:pPr>
        <w:bidi w:val="1"/>
        <w:jc w:val="right"/>
      </w:pPr>
      <w:r>
        <w:rPr>
          <w:rFonts w:ascii="Arial" w:hAnsi="Arial" w:cs="Arial"/>
          <w:b/>
          <w:color w:val="7A3416"/>
          <w:sz w:val="26"/>
          <w:rtl w:val="1"/>
          <w:szCs w:val="26"/>
          <w:bCs/>
        </w:rPr>
        <w:t>תשובות – חט״ע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מיון מבנה המסע: יציאה – יציאה מן הבית, פרידה מן המוכר; מבחן – מכשולים, רגע של ייאוש; הגעה – הגעה אל היעד, שינוי בזהות.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התאמה: אמא לביאה–מטפורה; לילות/אור–ניגוד; כל סוף הוא התחלה–פרדוקס; יום וליל–מריזם (ביטוי השלם דרך שני קצותיו).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מבנה: פזמון חוזר, שני בתים, קטע מעבר חוזר וסיום ("עוד מעט, עוד קצת").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כרטיס יציאה: מטפורה (אין מילת דימוי "כמו").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כלי חוסן בשיעור: גש״ר מאח״ד (ערוצי התמודדות בשיר), עש״ן ד״ק ("גם אם נפלו הכוחות… אל תוותר" כדיבור עצמי), מעש״ה (ההורים כמגישי עזרה: "לצידי", "תמשיך").</w:t>
      </w:r>
    </w:p>
    <w:p>
      <w:pPr>
        <w:bidi w:val="1"/>
        <w:jc w:val="right"/>
      </w:pPr>
      <w:r>
        <w:rPr>
          <w:rFonts w:ascii="Arial" w:hAnsi="Arial" w:cs="Arial"/>
          <w:b w:val="0"/>
          <w:color w:val="6B5B4B"/>
          <w:sz w:val="20"/>
          <w:rtl w:val="1"/>
          <w:szCs w:val="20"/>
        </w:rPr>
        <w:t>יצרה: רוית ראש בן ישי</w:t>
      </w:r>
    </w:p>
    <w:p>
      <w:r>
        <w:br w:type="page"/>
      </w:r>
    </w:p>
    <w:p>
      <w:pPr>
        <w:bidi w:val="1"/>
        <w:jc w:val="right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rFonts w:ascii="Arial" w:hAnsi="Arial" w:cs="Arial"/>
          <w:b/>
          <w:color w:val="7A3416"/>
          <w:sz w:val="36"/>
          <w:rtl w:val="1"/>
          <w:szCs w:val="36"/>
          <w:bCs/>
        </w:rPr>
        <w:t>🌾 מסע שלם – דף עבודה</w:t>
      </w:r>
    </w:p>
    <w:p>
      <w:pPr>
        <w:bidi w:val="1"/>
        <w:jc w:val="right"/>
      </w:pPr>
      <w:r>
        <w:rPr>
          <w:rFonts w:ascii="Arial" w:hAnsi="Arial" w:cs="Arial"/>
          <w:b w:val="0"/>
          <w:color w:val="6B5B4B"/>
          <w:sz w:val="22"/>
          <w:rtl w:val="1"/>
          <w:szCs w:val="22"/>
        </w:rPr>
        <w:t>פעילות בעקבות סרטון לחג הסיגד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שם: ____________________   כיתה: ________   תאריך: __________</w:t>
      </w:r>
    </w:p>
    <w:p>
      <w:pPr>
        <w:bidi w:val="1"/>
        <w:jc w:val="right"/>
        <w:shd w:val="clear" w:color="auto" w:fill="B5532A"/>
      </w:pPr>
      <w:r>
        <w:rPr>
          <w:rFonts w:ascii="Arial" w:hAnsi="Arial" w:cs="Arial"/>
          <w:b/>
          <w:color w:val="FFFFFF"/>
          <w:sz w:val="30"/>
          <w:rtl w:val="1"/>
          <w:szCs w:val="30"/>
          <w:bCs/>
        </w:rPr>
        <w:t>חלק א׳ – לפני הצפייה</w:t>
      </w:r>
    </w:p>
    <w:p>
      <w:pPr>
        <w:bidi w:val="1"/>
        <w:jc w:val="right"/>
        <w:shd w:val="clear" w:color="auto" w:fill="FFF6E6"/>
      </w:pPr>
      <w:r>
        <w:rPr>
          <w:rFonts w:ascii="Arial" w:hAnsi="Arial" w:cs="Arial"/>
          <w:b w:val="0"/>
          <w:sz w:val="24"/>
          <w:rtl w:val="1"/>
          <w:szCs w:val="24"/>
        </w:rPr>
        <w:t>הסיגד (מגעז: סגידה, השתחוות) חל בכ״ט בחשוון, 50 יום אחרי יום הכיפורים – כמו שבועות שחל 50 יום אחרי פסח. במרכזו טקס חידוש הברית, בהשראת מעמד האמנה בימי עזרא ונחמיה, ותפילה לשיבה לירושלים.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מאז 2008 הסיגד הוא חג ממלכתי בישראל, והטקס המרכזי מתקיים בירושלים, בטיילת ארמון הנציב המשקיפה אל העיר העתיקה.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בשנות ה־80 יצאו אלפים מבני ביתא ישראל ברגל מאתיופיה לסודן: שבועות של הליכה, ואחריהם חודשים ואף שנים במחנות פליטים. משם הגיעו לישראל, בין השאר במבצע משה (1984–1985). מבצע שלמה (1991) הביא מעל 14,000 עולים מאדיס אבבה בתוך כ־36 שעות.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כ־4,000 נספו בדרך ובמחנות. יום הזיכרון הממלכתי לזכרם מצוין בכ״ח באייר. השיר בסרטון הוא שיר זיכרון – אבל גם שיר של כוח, אמונה ותקווה.</w:t>
      </w:r>
    </w:p>
    <w:p>
      <w:pPr>
        <w:bidi w:val="1"/>
        <w:jc w:val="right"/>
      </w:pPr>
      <w:r>
        <w:rPr>
          <w:rFonts w:ascii="Arial" w:hAnsi="Arial" w:cs="Arial"/>
          <w:b/>
          <w:color w:val="2F6B4F"/>
          <w:sz w:val="25"/>
          <w:rtl w:val="1"/>
          <w:szCs w:val="25"/>
          <w:bCs/>
        </w:rPr>
        <w:t>ניבוי מן הכותרת: "מסע שלם". בחרו מילים צפויות, ונסחו השערה: מה הפוטנציאל הסמנטי של הכותרת (שלם / שלמות / שלום / ירושלים)?</w:t>
      </w:r>
    </w:p>
    <w:p>
      <w:pPr>
        <w:bidi w:val="1"/>
        <w:jc w:val="right"/>
      </w:pPr>
      <w:r>
        <w:rPr>
          <w:rFonts w:ascii="Arial" w:hAnsi="Arial" w:cs="Arial"/>
          <w:b w:val="0"/>
          <w:sz w:val="26"/>
          <w:rtl w:val="1"/>
          <w:szCs w:val="26"/>
        </w:rPr>
        <w:t>○ גשם     ○ סערה     ○ תפילה     ○ אבא     ○ אמא     ○ ירושלים     ○ אור     ○ אמונה     ○ שמיים     ○ לילה     ○ ים     ○ מסיבה     ○ מדבר     ○ פחד     ○ כדור     ○ תקווה</w:t>
      </w:r>
    </w:p>
    <w:p>
      <w:pPr>
        <w:bidi w:val="1"/>
        <w:jc w:val="right"/>
      </w:pPr>
      <w:r>
        <w:rPr>
          <w:rFonts w:ascii="Arial" w:hAnsi="Arial" w:cs="Arial"/>
          <w:b/>
          <w:color w:val="2F6B4F"/>
          <w:sz w:val="25"/>
          <w:rtl w:val="1"/>
          <w:szCs w:val="25"/>
          <w:bCs/>
        </w:rPr>
        <w:t>המסע כמוטיב תרבותי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המסע הוא אחד המוטיבים הוותיקים בספרות ובמסורת: יציאת מצרים, עליית לך־לך, שיבת ציון. במסע יש יציאה, מכשולים, מבחן ושיבה או הגעה – ובסופו הדמות כבר אינה אותה דמות. במסורת ישראל המסע לירושלים נושא משמעות של גאולה וכיסופים.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szCs w:val="24"/>
          <w:bCs/>
        </w:rPr>
        <w:t>אילו סיפורי מסע מן המקורות או מן הספרות אתם מכירים? מה משותף להם?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szCs w:val="24"/>
          <w:bCs/>
        </w:rPr>
        <w:t>"שלם" הוא גם שמה הקדום של ירושלים (בראשית יד, יח). איך הקשר הזה עשוי להעשיר את הכותרת?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  <w:shd w:val="clear" w:color="auto" w:fill="B5532A"/>
      </w:pPr>
      <w:r>
        <w:rPr>
          <w:rFonts w:ascii="Arial" w:hAnsi="Arial" w:cs="Arial"/>
          <w:b/>
          <w:color w:val="FFFFFF"/>
          <w:sz w:val="30"/>
          <w:rtl w:val="1"/>
          <w:szCs w:val="30"/>
          <w:bCs/>
        </w:rPr>
        <w:t>חלק ב׳ – תוך כדי צפייה</w:t>
      </w:r>
    </w:p>
    <w:p>
      <w:pPr>
        <w:bidi w:val="1"/>
        <w:jc w:val="right"/>
        <w:shd w:val="clear" w:color="auto" w:fill="FFF6E6"/>
      </w:pPr>
      <w:r>
        <w:rPr>
          <w:rFonts w:ascii="Arial" w:hAnsi="Arial" w:cs="Arial"/>
          <w:b w:val="0"/>
          <w:sz w:val="24"/>
          <w:rtl w:val="1"/>
          <w:szCs w:val="24"/>
        </w:rPr>
        <w:t>האזנה פעילה ברמה ספרותית: כל צמד בוחר עדשה אחת, ומביא ציטוט קצר אחד כראיה.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צפו בסרטון "מסע שלם" (המורה תקרין). סמנו ○ ליד כל משימה שהשלמתם.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○ 🧱 עדשת המבנה: זהו פזמון, בתים וקטע מעבר. מה תפקיד החזרה על הפזמון?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○ ⚖️ עדשת הניגודים: אתרו צמדי ניגודים בשיר.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○ 🗣️ עדשת הקולות: מי מדבר אל מי? היכן קול ההורים והיכן קול הדובר?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○ 🕰️ עדשת הזמן: מה קורה לתחושת הזמן בשיר?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  <w:shd w:val="clear" w:color="auto" w:fill="B5532A"/>
      </w:pPr>
      <w:r>
        <w:rPr>
          <w:rFonts w:ascii="Arial" w:hAnsi="Arial" w:cs="Arial"/>
          <w:b/>
          <w:color w:val="FFFFFF"/>
          <w:sz w:val="30"/>
          <w:rtl w:val="1"/>
          <w:szCs w:val="30"/>
          <w:bCs/>
        </w:rPr>
        <w:t>חלק ג׳ – אחרי הצפייה</w:t>
      </w:r>
    </w:p>
    <w:p>
      <w:pPr>
        <w:bidi w:val="1"/>
        <w:jc w:val="right"/>
        <w:shd w:val="clear" w:color="auto" w:fill="FFF6E6"/>
      </w:pPr>
      <w:r>
        <w:rPr>
          <w:rFonts w:ascii="Arial" w:hAnsi="Arial" w:cs="Arial"/>
          <w:b w:val="0"/>
          <w:sz w:val="24"/>
          <w:rtl w:val="1"/>
          <w:szCs w:val="24"/>
        </w:rPr>
        <w:t>ניתוח לשון ציורית: זהו את האמצעי הספרותי, פרשו אותו, והסבירו את תרומתו למשמעות השיר כולו.</w:t>
      </w:r>
    </w:p>
    <w:p>
      <w:pPr>
        <w:bidi w:val="1"/>
        <w:jc w:val="right"/>
        <w:shd w:val="clear" w:color="auto" w:fill="EEF6F1"/>
      </w:pPr>
      <w:r>
        <w:rPr>
          <w:rFonts w:ascii="Arial" w:hAnsi="Arial" w:cs="Arial"/>
          <w:b w:val="0"/>
          <w:sz w:val="24"/>
          <w:rtl w:val="1"/>
          <w:szCs w:val="24"/>
        </w:rPr>
        <w:t>📌 מקרה לניתוח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"מסע שלם – מלא מכשולים" (מתוך השיר בסרטון)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דו־משמעות בכותרת: הציעו שלוש קריאות של "שלם", וקשרו לרעיון הסיגד.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2F6B4F"/>
          <w:sz w:val="25"/>
          <w:rtl w:val="1"/>
          <w:szCs w:val="25"/>
          <w:bCs/>
        </w:rPr>
        <w:t>🔗 התאימו ציטוט לאמצעי הספרותי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פריט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התאמה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אמא לביאה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________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לילות חשוכים / האור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________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כל סוף הוא התחלה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________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יום וליל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________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color w:val="2F6B4F"/>
          <w:sz w:val="25"/>
          <w:rtl w:val="1"/>
          <w:szCs w:val="25"/>
          <w:bCs/>
        </w:rPr>
        <w:t>👨‍👩‍👦 קולות ההורים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האב: תזכור · תמשיך אל תעצור · תרים את הראש · אל תביט לאחור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האם: אמא לביאה · יפה כמו השקיעה · לצידי בכל דרך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szCs w:val="24"/>
          <w:bCs/>
        </w:rPr>
        <w:t>רצף הציוויים של האב: מה הוא מלמד על מצבו של הבן ועל תפקיד האב?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2F6B4F"/>
          <w:sz w:val="25"/>
          <w:rtl w:val="1"/>
          <w:szCs w:val="25"/>
          <w:bCs/>
        </w:rPr>
        <w:t>🗺️ מפת המסע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תחנה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רגש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ערך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מחשבה שלי</w:t>
            </w:r>
          </w:p>
        </w:tc>
      </w:tr>
      <w:tr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כפר באתיופיה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כיסופים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הדרך והמדבר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התמדה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סודן – ההמתנה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זיכרון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ירושלים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קהילה ואמונה</w:t>
            </w:r>
          </w:p>
        </w:tc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color w:val="2F6B4F"/>
          <w:sz w:val="25"/>
          <w:rtl w:val="1"/>
          <w:szCs w:val="25"/>
          <w:bCs/>
        </w:rPr>
        <w:t>🕊️ לוח הערכים – סמנו ○ את הערך שהכי חשוב לכם</w:t>
      </w:r>
    </w:p>
    <w:p>
      <w:pPr>
        <w:bidi w:val="1"/>
        <w:jc w:val="right"/>
      </w:pPr>
      <w:r>
        <w:rPr>
          <w:rFonts w:ascii="Arial" w:hAnsi="Arial" w:cs="Arial"/>
          <w:b w:val="0"/>
          <w:sz w:val="26"/>
          <w:rtl w:val="1"/>
          <w:szCs w:val="26"/>
        </w:rPr>
        <w:t>○ 🕊️ כיסופים     ○ 🙏 אמונה     ○ 👣 התמדה     ○ 🕯️ זיכרון     ○ 🤝 קהילה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2F6B4F"/>
          <w:sz w:val="25"/>
          <w:rtl w:val="1"/>
          <w:szCs w:val="25"/>
          <w:bCs/>
        </w:rPr>
        <w:t>✉️ מכתב מהמסע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בחרו מי כותב/ת: דובר השיר, שנים אחרי ההגעה, כותב לאביו / צעיר/ה היום שכותב/ת לאחד מ"אלה שלא הגיעו" / קֵס/ית קהילה שכותב/ת דרשה קצרה לקראת הסיגד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פתיחות: אבא, ביקשת שאזכור. אני זוכר/ת… · לא הכרתי אותך, ובכל זאת… · "כל סוף הוא התחלה", כתבתם – ואני…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מחסן מילים: זיכרון מחייב · תקומה · זהות · כיסופים · ברית · הנחלה · שבר · המשכיות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2F6B4F"/>
          <w:sz w:val="25"/>
          <w:rtl w:val="1"/>
          <w:szCs w:val="25"/>
          <w:bCs/>
        </w:rPr>
        <w:t>🕍 ברכה לירושלים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בית חדש לשיר – "בית שלישי": 6–8 שורות, בקול הדור שלכם, שממשיך את המסע אחרי ההגעה.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C8B7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555555"/>
          <w:sz w:val="22"/>
          <w:rtl w:val="1"/>
          <w:szCs w:val="22"/>
        </w:rPr>
        <w:t>✂️ - - - - - - - - - - גזרו כאן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5"/>
                <w:rtl w:val="1"/>
                <w:szCs w:val="25"/>
                <w:bCs/>
              </w:rPr>
              <w:t>🎟️ כרטיס יציאה – מסע שלם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שם: ____________  כיתה: 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איזה אמצעי ספרותי בולט בצירוף "אמא לביאה"?  ○ מטפורה   ○ דימוי (עם "כמו")   ○ האנשה   ○ חריזה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משפט אחד: מה הקשר בין השיר לבין רעיון חידוש הברית בסיגד? 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מה אני לוקח/ת מן השיעור הלאה? 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איך אני מרגיש/ה:  😊  🙂  😐  😔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6B5B4B"/>
          <w:sz w:val="20"/>
          <w:rtl w:val="1"/>
          <w:szCs w:val="20"/>
        </w:rPr>
        <w:t>יצרה: רוית ראש בן ישי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