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שיר, זיכרון וכיסופים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 · רמה: חט״ב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👩‍🏫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הסרטון (קישור בלבד): https://youtu.be/hdFzQ5R-9YY · האתר האינטראקטיבי: https://sigd-masa-shalem.sites.tab.bot/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את חג הסיגד: כ״ט בחשוון, 50 יום אחרי יום הכיפורים, חג של חידוש הברית ושל כיסופים לירושלים.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בכבוד ובדיוק את סיפור המסע של יהודי אתיופיה דרך סודן ואת זיכרון הנספים.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לפרש דימויים ומטפורות בשיר (מסע, חושך ואור, "כל סוף הוא התחלה").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לחבר את השיר לערכים: כיסופים, אמונה, התמדה, זיכרון וקהילה – ולכלי חוסן: גש״ר מאח״ד, עש״ן ד״ק, מעש״ה.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זמן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פתיחה: ניבוי מן הכותרת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"מסע שלם" – בחירת מילים צפויות, ושאלה: מה זה מסע?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רקע קצר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קריאה משותפת של טקסט הרקע לפי הרמה. הנחיה רגישה לפני הצפייה.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6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צפייה מונחית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כרטיסי האזנה בזוגות/קבוצות, ואחריה בדיקת הניבוי.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עיבוד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פענוח דימויים + קולות ההורים (בחירה של אחד מהשניים).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יצירה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מפת המסע או מכתב מהמסע (לבחירת התלמידים).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הדלקת נר בשביל הזיכרון + כרטיס יציאה.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הערות רגישות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לפני הצפייה: מקדימים במשפט אחד שהשיר עוסק במסע שבו אנשים מתו בדרך, ושמותר להרגיש.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תלמידים ממוצא אתיופי: לא מציבים אותם כ"מומחים" או כנציגי הקהילה ולא מבקשים מהם לספר. מזמינים בלבד – ומכבדים גם בחירה לשתוק. מומלץ לשוחח איתם (ואם אפשר עם ההורים) לפני השיעור.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ייתכן שבכיתה יש תלמידים שבני משפחתם נספו בדרך או שחוו אובדן אחר. מתאמים מראש עם היועצת, ונותנים אפשרות לצאת לרגע.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מספרים את הסיפור כסיפור של אומץ, אמונה ונחישות – לא רק של סבל. נמנעים מהכללות ומסטריאוטיפים.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מעגל השיתוף הוא רשות בלבד, עם זכות לוותר. לא מבקשים לשחק תפקיד של מוות או סבל.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במכתב מהמסע אפשר לבחור תפקיד של תקווה (למשל ילד/ה שמחכה בירושלים).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תשובות – חט״ב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ניבוי – ראו ביסודי. מיון: פנימי – בית ספר חדש, התגברות על פחד, השלמה עם פרידה; פיזי – מדבר, הר, מעבר 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קבוצות האזנה: טבע – גשמים, סערות, שקיעה, לילות, שמיים; דמויות – בן, אב, אם; אמונה – תפילות, אמונה בליבי, מבט אל השמיים, נגאל; עידוד – תזכור, תמשיך, אל תעצור, תרים את הראש, אל תביט לאחור, אל תוותר.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התאמה: לילות חשוכים–ייאוש ופחד, האור–תקווה, מבט מורם–אמונה, כל סוף–התחלה חדשה.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כרטיס יציאה: האור מסמל תקווה ואמונה.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כלי חוסן בשיעור: גש״ר מאח״ד (ערוצי התמודדות בשיר), עש״ן ד״ק ("גם אם נפלו הכוחות… אל תוותר" כדיבור עצמי), מעש״ה (ההורים כמגישי עזרה: "לצידי", "תמשיך").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דף עבודה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א׳ – לפני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חג הסיגד חל בכ״ט בחשוון, 50 יום אחרי יום הכיפורים. משמעותו: חידוש הברית בין העם לאלוהים, וכיסופים (געגועים עמוקים) לירושלים.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באתיופיה עלו בני הקהילה, לבושים לבן, להר גבוה. הם צמו, התפללו, והקֵסים קראו מן האורית (התורה בשפת הגעז). בסוף היום שברו את הצום בסעודת חג.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בשנות ה־80 יצאו אלפי יהודים מאתיופיה ברגל לסודן – מסע של שבועות בהרים ובמדבר, ואחריו המתנה ממושכת במחנות. משם הגיעו לישראל, בין השאר במבצע משה (1984–1985).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כ־4,000 מבני הקהילה נספו בדרך ובמחנות. יום הזיכרון לזכרם מצוין בכ״ח באייר, ביום ירושלים. השיר בסרטון מוקדש לזכרם.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לפני הצפייה: השיר נקרא "מסע שלם". בחרו 6 מילים שלדעתכם יופיעו בו, וכתבו משפט ניבוי: על מה השיר?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גשם     ○ סערה     ○ תפילה     ○ אבא     ○ אמא     ○ ירושלים     ○ אור     ○ אמונה     ○ שמיים     ○ לילה     ○ ים     ○ מסיבה     ○ מדבר     ○ פחד     ○ כדור     ○ תקווה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מסע – בחוץ ובפנים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מסע יכול להיות מסע פיזי (דרך מקום למקום), ויכול להיות מסע פנימי (שינוי, התבגרות, התמודדות). הרבה פעמים שניהם קורים יחד: הדרך בחוץ משנה אותנו מבפנים.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מה פירוש המילה "שלם" בכותרת? מצאו לפחות שתי משמעויות.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מה ההבדל בין "מסע" ל"נסיעה"?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ב׳ – תוך כדי 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חלוקה לארבע קבוצות האזנה. כל קבוצה רושמת רק את מה שמוטל עליה, ובסוף משתפים.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צפו בסרטון "מסע שלם" (המורה תקרין). סמנו ○ ליד כל משימה שהשלמתם.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🌧️ קבוצת הטבע: רשמו כל מילה מעולם הטבע והזמן.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👨‍👩‍👦 קבוצת הדמויות: מי הדמויות בשיר? מה כל אחת אומרת או עושה?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🙏 קבוצת האמונה: רשמו מילים של אמונה ותפילה.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💪 קבוצת העידוד: רשמו כל פועל בציווי או משפט עידוד.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ג׳ – אחרי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פענוח דימויים: לכל ציטוט – מה נאמר במפורש, ומה נרמז? כתבו קודם לבד, ורק אז פתחו את הצעת הפירוש.</w:t>
      </w:r>
    </w:p>
    <w:p>
      <w:pPr>
        <w:bidi w:val="1"/>
        <w:jc w:val="right"/>
        <w:shd w:val="clear" w:color="auto" w:fill="EEF6F1"/>
      </w:pPr>
      <w:r>
        <w:rPr>
          <w:rFonts w:ascii="Arial" w:hAnsi="Arial" w:cs="Arial"/>
          <w:b w:val="0"/>
          <w:sz w:val="24"/>
          <w:rtl w:val="1"/>
          <w:szCs w:val="24"/>
        </w:rPr>
        <w:t>📌 מקרה לניתוח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"מסע שלם – מלא מכשולים" (מתוך השיר בסרטון)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מה שתי המשמעויות של "שלם"? איזו מהן חזקה יותר לדעתכם?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🔗 התאימו דימוי לרעיון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פריט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התאמה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לילות חשוכים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האור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מבט מורם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כל סוף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👨‍👩‍👦 קולות ההורים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האב: תזכור · תמשיך אל תעצור · תרים את הראש · אל תביט לאחור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האם: אמא לביאה · יפה כמו השקיעה · לצידי בכל דרך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"תזכור" ו"אל תביט לאחור" – האם יש כאן סתירה? איך אפשר לזכור בלי להביט לאחור?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🗺️ מפת המסע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תחנה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רגש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ערך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מחשבה שלי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כפר באתיופיה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כיסופים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הדרך והמדבר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התמדה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סודן – ההמתנה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זיכרון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ירושלים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קהילה ואמונה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🕊️ לוח הערכים – סמנו ○ את הערך שהכי חשוב לכם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🕊️ כיסופים     ○ 🙏 אמונה     ○ 👣 התמדה     ○ 🕯️ זיכרון     ○ 🤝 קהילה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✉️ מכתב מהמסע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מי כותב/ת: נער/ה בן/בת 13 במסע / הורה שכותב לילד שנשאר מאחור / סב/תא שכותב/ת לנכד/ה שייוולד בירושלים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פתיחות: אני כותב/ת לך בלילה, לאור המדורה… · אבא אמר לי היום "תזכור", ואני… · יש רגעים שבהם… · אני מבטיח/ה לך ש…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מחסן מילים: כיסופים · מכשולים · התמדה · זיכרון · אמונה · לביאה · אופק · צעד אחר צעד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🕍 ברכה לירושלים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בית או ברכה לירושלים: 4 שורות, עם דימוי אחד ומילה אחת מלוח הערכים.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✂️ - - - - - - - - - - גזרו כאן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5"/>
                <w:rtl w:val="1"/>
                <w:szCs w:val="25"/>
                <w:bCs/>
              </w:rPr>
              <w:t>🎟️ כרטיס יציאה – מסע שלם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שם: ____________  כיתה: 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מה מסמל "האור" בשורה "לילות חשוכים / מחפש את האור"?  ○ תקווה ואמונה   ○ שעות היום   ○ מדורה במחנה   ○ פנס בדרך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ערך אחד מלוח הערכים שמתחבר אליי – ולמה: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שאלה שנשארה לי: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איך אני מרגיש/ה:  😊  🙂  😐  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